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יוון העתיקה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תנאי הארץ והגיאוגרפיה של יוון העתיקה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פוליס ומה אפיין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ספרטה לאתונה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ההרים חילקו את הארץ לעמקים נפרדים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כיכר השוק והמפגש בעיר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שפה, אמונה באותם אלים ותחרויות משותפות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השטח הררי ורק מעט אדמה מתאימה לחקלאות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בטקסט, ולכן היוונים הפכו לספנים וסוחרים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בספרטה היה חשוב בעיקר צבא, משמעת וכוח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אקרופוליס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ספרטה או 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(אתונה)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(אתונה)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רוב השטח הררי ולא מתאים לחקלאות, אבל הים קרוב כמעט לכל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בספרטה - ההילוטים המשועבדים; באתונה - איכרים ועבדים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יכלול פרטים מדויקים על אורח החיים בעיר שבחר - חינוך, פעילות יומיומית, אנשים שפגש; שימוש בפרטים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פוליס = עיר-מדינה עצמאית עם חוקים, צבא ואל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שלטון - ספרטה שני מלכים, אתונה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זיתים, ענבים ודגנים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מפת יוון ולהדגיש את ההרים והאיים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היומן האישי מתאימה לעבודה בזוגות - אחד כותב על ספרטה והשני על אתונה, ואז משווים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להסביר בקול למה כל פריט שייך לעיר שבחרו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יוון העתיקה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יוון העתיקה היא ארץ הררית ומוקפת ים, שבה התפתחו ערים-מדינה עצמאיות בעלות חוקים, צבא ואלים משלהן. בדף זה נתרגל את מה שלמדנו על הארץ, על הפוליס ועל ההבדלים בין ספרטה לאתונה.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אטיקה  ·  אקרופוליס  ·  אל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קמו ביוון ערים עצמאיות רבות ולא ממלכה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כל היוונים דיברו שפות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ההרים חילקו את הארץ לעמקים נפרדים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האלים אסרו להתאחד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האגורה?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סוג של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מקדש על הגבעה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כיכר השוק והמפגש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איחד את כל ערי 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מלך אחד לכולן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שפה, אמונה באותם אלים ותחרויות משותפות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אותו צבא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שטחה של יוון מישורי ומתאים לחקלאות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הים ביוון קרוב כמעט לכל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בספרטה היה חשוב בעיקר מסחר ואמנות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פוליס היו חוקים, צבא, מטבע ו__________ שומר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בלב הפוליס עמדה גבעה מבוצרת עם מקדשים שנקראה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ספרטה שכנה בפלופונסוס, באתונה שכנה בחצי האי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ספרטה או 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צבא, משמעת וכוח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אתונה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מסחר, אמנות ותיאטרון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בנים גדלו ממחנה צבאי מגיל 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אתונה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בנים למדו מוזיקה, שירה וספורט אצל מורים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הפכו היוונים לספנים, דייגים וסוחרים?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עבד בשדות בספרטה ומי באתונה?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נער או נערה בני 12 בספרטה או באתונה. כתבו יומן של יום אחד: מה למדתם, את מי פגשתם, ממה חששתם?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פוליס?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הבדל אחד בין ספרטה לאתונה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יוון העתיקה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