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יוון העתיקה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תנאי הארץ והגיאוגרפיה של יוון העתיקה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פוליס ומה אפיין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ספרטה לאתונה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ההרים חילקו את הארץ לעמקים 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כיכר השוק והמפגש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שפה, אמונה באותם אלים ותחרויות משותפות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נשים, עבדים 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זיתים, ענבים ודגנים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גבעה מבוצרת עם מקדשים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השטח הררי ורק מעט אדמה מתאימה לחקלאות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בטקסט, ולכן היוונים הפכו לספנים וסוחרים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בספרטה היה חשוב בעיקר צבא, משמעת וכוח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בנות באתונה למדו בבית לנהל משק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בטבלת ההשוואה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לכל פוליס היה מטבע 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אקרופוליס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זקנים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אספת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ספרטה או 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(אתונה)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רוב השטח הררי ולא מתאים לחקלאות, אבל הים קרוב כמעט לכל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בספרטה בנים גדלו ממחנה צבאי מגיל 7 וגם בנות התאמנו בספורט; באתונה בנים למדו אצל מורים מקצועות שונים ובנות למדו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בספרטה - ההילוטים המשועבדים; באתונה - איכרים ועבדים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יכלול פרטים מדויקים על אורח החיים בעיר שבחר - חינוך, פעילות יומיומית, אנשים שפגש; שימוש בפרטים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פוליס = עיר-מדינה עצמאית עם חוקים, צבא ואל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שלטון - ספרטה שני מלכים, אתונה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זיתים, ענבים ודגנים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מפת יוון ולהדגיש את ההרים והאיים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היומן האישי מתאימה לעבודה בזוגות - אחד כותב על ספרטה והשני על אתונה, ואז משווים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להסביר בקול למה כל פריט שייך לעיר שבחרו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יוון העתיקה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יוון היא ארץ עם הרבה הרים וים. בכל עיר היו חוקים משלה. נלמד על ספרטה ועל אתונה.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פוליס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עיר-מדינה עצמאית ביוון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אקרופוליס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גבעה מבוצרת עם מקדשים בלב העיר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כיכר השוק והמפגש בעיר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שבו אזרחים מחליטים באספה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הילוטים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אוכלוסייה משועבדת בספרטה שעבדה בשדות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מטויקים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זרים שגרו באתונה ולא השתתפו בשלטון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שהוקם על ידי יוונים בחוף ים רחוק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ביוון היו הרבה ערים נפרדות?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כל היוונים דיברו שפות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ההרים חילקו את הארץ לעמקים נפרדים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האלים אסרו להתאחד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היו ביוון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אגורה?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מקדש על הגבעה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כיכר השוק והמפגש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משותף לכל היוונים?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מלך אחד לכולן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שפה, אמונה באותם אלים ותחרויות משותפות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עיר הייתה 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לא השתתף באספת העם באתונה?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גברים אזרחים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נשים, עבדים 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לא 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גידלו ביוון?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 אדמה ותירס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אורז, תה וכותנה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זיתים, ענבים ודגנים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בננות וקפה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מהו האקרופוליס?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גבעה מבוצרת עם מקדשים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נמל הספינות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שטחה של יוון מישורי ומתאים לחקלאות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הים ביוון קרוב כמעט לכל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בספרטה היה חשוב בעיקר מסחר ואמנות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באתונה למדו בנות אצל מורים יחד עם הבנים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ההילוטים היו אוכלוסייה משועבדת שעבדה בשדות בספרטה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ערי יוון השתמשו באותו מטבע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פוליס היו חוקים, צבא, מטבע ו__________ שומר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בלב הפוליס עמדה גבעה מבוצרת עם מקדשים שנקראה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ספרטה שכנה בפלופונסוס, באתונה שכנה בחצי האי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בספרטה שלטו שני מלכים ומועצת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באתונה ה__________ החליטה בענייני העיר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את השמן והיין היוונים __________ לארצות אחרות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ספרטה או 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צבא, משמעת וכוח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מסחר, אמנות ותיאטרון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בנים גדלו ממחנה צבאי מגיל 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בנים למדו מוזיקה, שירה וספורט אצל מורים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ההילוטים עבדו בשדות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דמוקרטיה - אספת עם מחליטה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אתונה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הפכו היוונים לספנים, דייגים וסוחרים?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שני ההבדלים העיקריים בין החינוך בספרטה לחינוך באתונה?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עבד בשדות בספרטה ומי באתונה?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נער או נערה בני 12 בספרטה או באתונה. כתבו יומן של יום אחד: מה למדתם, את מי פגשתם, ממה חששתם?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פוליס?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ספרטה לאתונה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היו שלושת הגידולים החשובים ביוון?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יוון העתיקה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